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הקופסה מהבוידעם</w:t>
      </w:r>
    </w:p>
    <w:p>
      <w:pPr>
        <w:bidi w:val="1"/>
        <w:spacing w:after="40" w:before="0"/>
      </w:pPr>
      <w:r>
        <w:rPr>
          <w:rFonts w:ascii="Arial" w:hAnsi="Arial" w:cs="Arial"/>
          <w:b w:val="0"/>
          <w:color w:val="5D5675"/>
          <w:sz w:val="18"/>
          <w:rtl w:val="1"/>
          <w:szCs w:val="18"/>
        </w:rPr>
        <w:t>כיתה ח׳ · סיפור קצר · 316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הקופסה מהבוידעם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לסיים בערב אחד: שאלון קצר, שתי תמונות ועץ משפחה מודפס מהמחשב.  [מילים להדגשה: איך תכנן]</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שלושה מאלה: מכתבים מצהיבים; תעודה בשפה זרה; כפתור מתכת; כרטיס נסיעה קרוע לשניים.  [מילים להדגשה: מה היה, שלושה פריטים]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"תודה שהכנסת אותי לקופסה."  [מילים להדגשה: מה כתבה]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שהוא משווה את עצמו לסבתא־רבתא והבין כמה אמיץ ובודד היה המסע שלה בגיל דומה לשלו; ההשוואה גורמת לו להעריך אותה ולהתחבר לסיפור.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בהתחלה הוא ראה בעבודה מטלה שצריך לגמור מהר; עכשיו הפרטים הקטנים חשובים לו – הוא סקרן ומחובר לסיפור. ההפתעה מראה שהשינוי קרה בלי שתכנן.  [מילים להדגשה: מה מלמדת, השינוי]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מהעבר נשארים לעיתים רק חפצים קטנים; התפקיד של הדורות הבאים הוא לשחזר ולזכור את הסיפור השלם והאנשים שמאחוריהם, לא רק את החפץ. הכפתור מסמל את מה שנשאר, והמעיל – את החיים שהיו.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השינוי אצל נעם; "השיעורים בהיסטוריה קיבלו פנים"; הסיפור הכואב של ההורים שלא הגיעו).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9: הקופסה מהבוידעם</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רבים מכם מכינים או הכינו עבודת שורשים – עבודה על ההיסטוריה של המשפחה. הסיפור שלפניכם מתאר נער שגילה בזמן העבודה יותר ממה שציפה. קראו, ושימו לב איך משתנה היחס שלו למשימה.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הקופסה מהבוידעם</w:t>
            </w:r>
          </w:p>
          <w:p>
            <w:pPr>
              <w:bidi w:val="1"/>
            </w:pPr>
            <w:r>
              <w:rPr>
                <w:rFonts w:ascii="Arial" w:hAnsi="Arial" w:cs="Arial"/>
                <w:b/>
                <w:color w:val="5D5675"/>
                <w:sz w:val="20"/>
                <w:rtl w:val="1"/>
                <w:szCs w:val="20"/>
                <w:bCs/>
              </w:rPr>
              <w:t>עבודת השורשים נראתה לנעם כמו עוד מטלה משעממת. עד שסבתא הוציאה קופסת פח חלודה.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"עבודת שורשים," אמרה המורה, וכל הכיתה נאנחה בבת אחת. נעם כתב ביומן: "להגיש עד פסח. לשאול את סבתא שאלות." הוא תכנן לסיים את זה בערב אחד: שאלון קצר, שתי תמונות, עץ משפחה מודפס מהמחשב. ציון טוב, ונגמר.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כשהגיע לבית של סבתא שושנה עם רשימת השאלות, היא הקשיבה, הנהנה, ואמרה: "חכה רגע." היא טיפסה על שרפרף, הוציאה מהבוידעם קופסת פח ישנה עם ציור דהוי של פרחים, והניחה אותה על השולחן. בפנים היו מכתבים מצהיבים, תעודה בשפה זרה, כפתור מתכת אחד וכרטיס נסיעה קרוע לשניים.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"הכרטיס הזה," אמרה סבתא, "הוא של אימא שלי. היא הייתה בת חמש־עשרה, כמעט בגילך, כשעלתה לאונייה לבד. ההורים שלה נשארו מאחור, והבטיחו לבוא אחריה. הם לא הגיעו." נעם הסתכל על הכרטיס. חמש־עשרה. הוא חשב על עצמו, שלא מסוגל לישון לילה אחד בטיול השנתי בלי להתקשר הביתה.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במשך שלושה ימי שישי ישב נעם אצל סבתא. היא סיפרה, והוא הקליט ורשם. על המעברה שבה גרו באוהל, על הגשם שחדר מבעד לבד, על הכפתור, שנשאר מהמעיל היחיד שהביאה סבתא־רבתא מהבית. כשסבתא לא זכרה פרט, היא אמרה "זה כבר לא חשוב", ונעם התעקש: "לא, זה חשוב, נסי להיזכר." הוא הופתע בעצמו מהמשפט הזה.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בבית, נעם חיפש מידע על השנים ההן. הוא קרא על אוניות המעפילים, על המעברות ועל העלייה הגדולה של שנות החמישים. פתאום, השיעורים בהיסטוריה, שנראו לו תמיד כמו רשימה של תאריכים, קיבלו פנים: הפנים של סבתא־רבתא שלו, נערה בת חמש־עשרה עם כרטיס קרוע.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העבודה שהגיש לא הייתה "ערב אחד". היא כללה ראיון מלא, סריקה של המכתבים, ומפה שעליה סימן את הדרך שעשתה סבתא־רבתא. בעמוד האחרון הדביק תמונה של הכפתור, וכתב מתחתיו: "לפעמים כל מה שנשאר מבית שלם הוא כפתור אחד. התפקיד שלנו הוא לזכור את המעיל."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כשהמורה החזירה את העבודות, נעם בקושי הסתכל על הציון. הוא חיפש משהו אחר: את ההערה שכתבה בשוליים. "תודה שהכנסת אותי לקופסה." בערב הוא נסע לסבתא, החזיר לה את המכתבים, וביקש לשמוע עוד סיפור.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תכנן נעם בהתחלה להכין את עבודת השורשים?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היה בתוך קופסת הפח? ציינו שלושה פריטים.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כתבה המורה בשולי העבודה?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מכך שנעם חשב על עצמו, "שלא מסוגל לישון לילה אחד בטיול בלי להתקשר הביתה"?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נעם אומר לסבתא "לא, זה חשוב, נסי להיזכר", ו"הופתע בעצמו מהמשפט הזה". מה ההפתעה מלמדת על השינוי שעבר?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"לפעמים כל מה שנשאר מבית שלם הוא כפתור אחד. התפקיד שלנו הוא לזכור את המעיל."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שעבודת שורשים צריכה להיות חובה בכל בית ספר, כי היא מחברת בין דורות ומלמדת היסטוריה. אחרים טוענים שהיא צריכה להיות בחירה, כי יש תלמידים שאין להם קשר למשפחה המורחבת או שהסיפור המשפחתי כואב להם.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9 · הקופסה מהבוידעם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9 · הקופסה מהבוידעם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